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на Ворошилова» (далее – ООО «УК на Ворошилова», Управляющая компания) обратилось в Арбитражный суд Кемеровской области с иском к обществу с ограниченной ответственностью «Снежный городок-Север» (далее – ООО «Снежный городок-Север») об обязании произвести демонтаж электролинии из кабеля АВВГ 3х4 мм2, проложенной от электросетей многоквартирного дома (далее – МКД) по адресу: &lt;...&gt;; отключиться от электросетей МКД и произвести восстановительный ремонт фасадной стены здания после демонтажа (делу присвоен номер А27-21212/2019). К участию в деле в качестве второго ответчика привлечено общество с ограниченной ответственностью «Кемеровский хладокомбинат» (далее – ООО «Кемеровский хладокомбинат»). Также ООО «УК на Ворошилова» обратилось в Арбитражный суд Кемеровской области с иском к обществу с ограниченной ответственностью «Снежный городок-Кемерово» (далее – ООО «Снежный городок-Кемерово») об обязании произвести демонтаж электролинии из кабеля, проложенной по фасадной стене и внутренним стенам МКД; отключиться от электросетей МКД и произвести восстановительный ремонт стен зданий по следующим адресам в &lt;...&gt; б-р Строителей, 25, б-р Строителей, 29 (делу присвоен номер А27-21213/2019). К участию в деле в качестве второго ответчика привлечено ООО «Кемеровский хладокомбинат». Названные дела объединены в одно производство; объединенному делу присвоен номер А27-21212/2019.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«Кузбасская энергетическая сбытовая компания» и акционерное общество «Кемеровская Горэлектросеть». Производство по требованиям ООО «УК на Ворошилова» к ООО «Снежный городок-Кемерово» и ООО «Снежный городок-Север» прекращено судом в связи с отказом истца на основании пункта 4 части 1 статьи 150 Арбитражного процессуального кодекса Российской Федерации (далее – АПК РФ). Решением Арбитражного суда Кемеровской области от 02.12.2020, оставленным без изменения постановлением Седьмого арбитражного апелляционного суда от 10.03.2021 и постановлением Арбитражного суда Западно-Сибирского округа от 15.10.2021,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общее имущество МКД может быть использовано только по решению собственников здания, тогда как в рассматриваемом случае такое использование осуществляется в отсутствие соответствующего волеизъявления. По мнению ООО «УК на Ворошилова», выводы судов о том, что крепление кабеля на фасаде было произведено при технологическом присоединении к электрическим сетям и иной способ технологического присоединения отсутствует, не основан на нормах действующего законодательства.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истец является Управляющей компанией в МКД в &lt;...&gt; б-р Строителей, 19, б-р Строителей, 25, б-р Строителей, 29. В апреле 2019 года Управляющей компанией было установлено, что рядом с вышеуказанными МКД расположены киоски по продаже мороженого, принадлежащие ООО «Кемеровский хладокомбинат», подключенные к электрощиткам МКД посредством проложенной воздушной линии из кабеля по фасадной стене и внутри домов. Полагая, что использование ответчиком электроэнергии и общего имущества собственников (фасадная стена дома) без соответствующего решения является неправомерным, ООО «УК на Ворошилова»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290 , 304 , 305 Гражданского кодекса Российской Федерации, статьями 36 , 44 , 162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пунктах 45, 47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Правилами технической эксплуатации электроустановок потребителей от 13.01.2003 № 6,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27.12.2004 № 861, суды отказали в удовлетворении требований, установив, что крепление кабеля на фасаде МКД было произведено при осуществлении технологического присоединения к электрическим сетям, при этом истец не оспорил законность самого технологического присоединения и не представил доказательства возможности осуществления технологического присоединения иным способом (не закрепляя кабель на фасаде дома), тогда как демонтаж электрического кабеля вызовет прекращение подачи электроэнергии, отметив, что на момент выдачи разрешений на технологическое присоединение и заключения договора энергоснабжения у абонента не было обязанности прилагать к заявке документ, подтверждающий согласие организации, осуществляющей управление МКД, либо решение общего собрания собственников. Судебными инстанциями учтено, что между ПАО «Кузбассэнергосбыт» и ООО «Кемеровский хладокомбинат» заключен договор энергоснабжения от 28.04.2010 № 101855, в соответствии с которым гарантирующий поставщик обязался осуществлять продажу потребителю электрической энергии (мощности), а также путем заключения договоров с третьими лицами оказывать услуги по передаче электрической энергии и услуги. В материалы дела предоставлены акты разграничения балансовой принадлежности и эксплуатационной ответственности от 26.10.2005, 14.09.2000, 11.08.1998, 26.10.2005, составленные в процессе технологического присоединения энергопринимающих устройств потребителя к электрическим сетям жилых домов. Согласно акту осмотра Управляющей компании от 30.06.2020 все ранее выявленные технические замечания по подключению киосков к электрощитовым жилых домов ООО «Кемеровский хладокомбинат» устранены.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на Ворошилова»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на Ворошилова" (подробнее) Ответчики: ОАО "Кемеровский хладокомбинат" (подробнее) Общ5ество с ограниченной ответственностью "Кемеровский хладокомбинат" (подробнее) Общество с ограниченной ответственностью "Снежный городок-Север" (подробнее) ООО "Кемеровский хладокомбинат" (подробнее) Иные лица: АО "Кемеровская горэлектросеть" (подробнее) ОАО "Кузбасская энергетическая сбытовая компания" (подробнее) ОАО Южное межрайонное отделение "Кузбассэнергосбыт" (подробнее) ООО "Снежный городок - Кемерово" (подробнее) ООО "Снежный городок-Север" (подробнее) ПАО "Кузбасская энергетическая компания" (подробнее) ПАО "Кузбасская энергетическая сбытовая компания"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