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26.01.2021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Рослякова Юрия Федоровича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