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2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предпринимателем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Ляшенко Алексея Викторовича удовлетворить. Предоставить индивидуальному предпринимателю Ляшенко Алексею Викторовичу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