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Кабардино-Балкарской Республики от 25.10.2017 и постановление Шестнадцатого арбитражного апелляционного суда от 05.12.2017 по делу № А20-3223/2017 отменить. Заявление общества с ограниченной ответственностью «Концерн «РИАЛ» о признании себя несостоятельным (банкротом) возвратить заявителю.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И.В. Разумов Судья С.В. Самуйлов Суд: Верховный Суд РФ (подробнее) Истцы: ООО "Инком" в лице конкурсного управляющего ШИТОЕВА Д.В. (подробнее) Ответчики: ООО "Концерн "Риал" (подробнее) Иные лица: АССКО (подробнее) Верховный суд Российской Федерации Судье Корнелюк Е.С. (подробнее) ООО "ИНКОМ" в лице конкурсного управляющего Шитоева Д.М. (подробнее) ООО "ИНКОМ" в лице к/у Шитоева Д.М. (подробнее) Судьи дела: Корнелюк Е.С. (судья) (подробнее) Последние документы по делу: Определение от 27 января 2022 г. по делу № А20-3223/2017 Резолютивная часть постановления от 20 января 2022 г. по делу № А20-3223/2017 Определение от 7 декабря 2021 г. по делу № А20-3223/2017 Определение от 18 июля 2018 г. по делу № А20-3223/2017 Резолютивная часть постановления от 12 июля 2018 г. по делу № А20-3223/2017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