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Максимова Василия Викторовича конкурсный кредитор Максимова Нелли Анатольевна обратилась в Арбитражный суд Краснодарского края с заявлением о принятии обеспечительных мер. Определением Арбитражного суда Краснодарского края от 31.05.2021 заявление удовлетворено, Закаряну А.Л., Максимову А.В. и иным лицам, в том числе от их имени, запрещено совершать действия, связанные с эксплуатацией следующего имущества: земельного участка общей площадью 798 кв.м, категория земель - земли населенных пунктов, для ведения личного подсобного хозяйства, с кадастровым номером 23:30:0202002:332, и жилого дома общей площадью 1 431,5 кв.м, с кадастровым номером 23:30:0202002:839, назначение - жилое, количество этажей - 3, в том числе подземный 1-й этаж, находящегося по адресу: Краснодарский край, Темрюкский р-н, пос. Кучугуры, ул. Красная, 77. 2 Постановлением Пятнадцатого арбитражного апелляционного суда от 09.08.2021 определение суда первой инстанции изменено; удовлетворено заявление Максимовой Н.А. о принятии обеспечительных мер в виде запрета Закаряну А.Л. и Максимову А.В. и иным лицам, в том числе от их имени, совершать действия, связанные с эксплуатацией имущества, за исключением мер, направленных на обеспечение сохранности земельного участка и жилого дома. Арбитражный суд Северо-Кавказского округа постановлением от 05.10.2021 постановление суда апелляционной инстанции отменил и оставил в силе определение суда первой инстанции. Максимов Александр Викторович и Закарян Артур Левикович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ходатайство заявителя о принятии обеспечительных мер, суд первой инстанции, руководствуясь положения статей 90, 91 Арбитражного процессуального кодекса Российской Федерации, статьей 46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 из направленности заявленных обеспечительных мер на соблюдение законных интересов кредиторов должника и обеспечение сохранности имущества должника.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определении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Максимову Александру Викторовичу и Закаряну Артуру Левиковичу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