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01.04.2019 Корниенко Татьяна Игоревна признана несостоятельной (банкротом), в отношении нее введена процедура реализация имущества гражданина, финансовым управляющим утвержден Никонов Илья Витальевич. Определением Арбитражного суда Свердловской области от 28.05.2021 процедура реализации имущества гражданина в отношении должника завершена, должник был освобожден от дальнейшего исполнения требований кредиторов. Постановлением Семнадцатого арбитражного апелляционного суда от 16.08.2021 определение суда первой инстанции оставлено без изменения. Арбитражный суд Уральского округа постановлением от 10.11.2021 указанные судебные акты оставил без изменения. Акционерное общество «Банк Интеза» обратилось в Судебную коллегию Верховного Суда Российской Федерации с кассационной жалобой на принятые судебные акты в части применения к должнику правил об освобождении от 2 дальнейшего исполнения обязательств перед кредиторами,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положениями статьи 213.28 Федерального закона от 26.10.2002 № 127-ФЗ «О несостоятельности (банкротстве)», разъяснениями, изложенными в пунктах 45 и 46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установили завершение всех мероприятий в процедуре реализации имущества гражданина и исходили из отсутствия обстоятельств, препятствующих применению в отношении должника правила об освобождении от дальнейшего исполнения требований кредиторов, не усмотрев в действиях должника недобросовестного и противоправного поведения, направленного на умышленное уклонение от исполнения обязательств перед кредитором, а также признаков преднамеренного и фиктивного банкротства.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«Банк Интеза»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