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24.08.2020 Кочетков Сергей Александрович признан несостоятельным (банкротом), в отношении него введена процедура реализация имущества гражданина, финансовым управляющим имуществом должника утвержден Евграфов Евгений Юрьевич. Определением Арбитражного суда Ростовской области от 26.01.2021 завершена процедура реализации имущества гражданина, должник освобожден от исполнения требований кредиторов, за исключением требований кредиторов, предусмотренных пунктом 5 статьи 213.28 Федерального закона от 26.10.2002 № 127-ФЗ «О несостоятельности (банкротстве)» (далее - Закон о банкротстве). Постановлением Пятнадцатого арбитражного апелляционного суда от 07.08.2021 определение суда первой инстанции оставлено без изменения. Арбитражный суд Северо-Кавказского округа постановлением от 22.10.2021 указанные судебные акты оставил без изменения. 2 Общество с ограниченной ответственностью «Сатис Консалтинг»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 об освобождении от дальнейшего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статьи 213.28 Закона о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установили завершение всех мероприятий в процедуре реализации имущества гражданина и исходили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недобросовестного и противоправного поведения. При этом суды установили, что при наличии публичных сведений о банкротстве должника заявителем, являющимся профессиональным участником рынка, не предприняты меры по включению требований в реестр требований кредиторов должника.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«Сатис Консалтинг»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