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2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«Дальневосточная горно-строительная компания» удовлетворить. Предоставить обществу с ограниченной ответственностью «Дальневосточная горно-строительная компания»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