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28.10.2021,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промышленности, энергетики и жилищно-коммунального хозяйства Красноярского края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