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счетов, принадлежность которых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«Уральская строительная компания»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ООО "ЛЕНТЕЛЕФОНСТРОЙ-УМ" (подробнее) Ответчики: ООО "Уральская строительная компания" (подробнее) ООО "УРАЛЬСКАЯ СТРОИТЕЛЬНАЯ КОМПАНИЯ" для Чопоровой Е.Г.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