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«Стандарт» удовлетворить. Предоставить обществу с ограниченной ответственностью «Стандарт»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"Стандарт" (подробнее) Ответчики: ОАО "Барнаултехоптторг"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