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03.09.2021,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Нижегородской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ФГУП Московское протезно-ортопедическое предприятие Минтруда и социальной защиты РФ (подробнее) ФГУП Нижегородский филиал "Московское протезно-ортопедическое предприятие Министерства труда и социальной защиты" (подробнее) Ответчики: Управление Федеральной антимонопольной службы по Нижегородской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