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22.10.2021,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обороны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