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18.10.2021,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2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«Энергомонтаж-Сервис»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