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27.07.2021,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«Санкт-Петербургский центр технического обслуживания изделий медицинской техники «Сентябрь»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"Санкт-ПетербургСКИЙ ЦЕНТР ТЕХНИЧЕСКОГО ОБСЛУЖИВАНИЯ ИЗДЕЛИЙ МЕДИЦИНСКОЙ ТЕХНИКИ "СЕНТЯБРЬ" (подробнее) Ответчики: ФГБУ "НАЦИОНАЛЬНЫЙ МЕДИЦИНСКИЙ ИССЛЕДОВАТЕЛЬСКИЙ ЦЕНТР ИМЕНИ В.А. АЛМАЗОВА" МИНИСТЕРСТВА ЗДРАВООХРАНЕНИЯ РОССИЙСКОЙ ФЕДЕРАЦИИ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