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19.11.2019 Дмитриев Виктор Борисович признан несостоятельным (банкротом), в отношении него введена процедура реализации имущества гражданина, финансовым управляющим утверждена Белобородова Надежда Аркадьевна. Определением Арбитражного суда Новосибирской области от 26.02.2021 финансовым управляющим имуществом должника утвержден Пак Сергей Филиппович. Загуляева Любовь Борисовна обратилась в суд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задолженности по договору займа от 29.01.2018 в размере 1 510 520 рублей 95 копеек. Определением Арбитражного суда Новосибирской области от 28.04.2021 в удовлетворении заявления отказано. Постановлением Седьмого арбитражного апелляционного суда от 08.07.2021 определение суда первой инстанции оставлено без изменения. 2 Арбитражный суд Западно-Сибирского округа постановлением от 24.09.2021 указанные судебные акты оставил без изменения. Загуляева Любовь Борисовна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433, 807, 808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факта реальной передачи должнику денежных средств по спорному договору, отсутствия достаточных доказательств наличия у кредитора финансовой возможности предоставить заем должнику, отсутствия в поведении кредитора разумности и целесообразности предоставления займа в отсутствие какого-либо обеспечения исполнения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Загуляевой Любови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