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Бочаровой Оксаны Юрьевны финансовый управляющий ее имуществом Михеева Анастасия Юрьевна обратилась в Арбитражный суд Тамбовской области с заявлением о признании недействительным договора дарения земельного участка и здания от 03.08.2017, заключенного между должником и Гончар Мариной Юрьевной, и применении последствий его недействительности. Определением Арбитражного суда Тамбовской области от 08.04.2021 договор дарения земельного участка и здания признан недействительным и применены последствия недействительности сделки в виде обязания Гончар М.Ю. возвратить имущество в конкурсную массу должника. Постановлением Девятнадцатого арбитражного апелляционного суда от 28.06.2021 определение суда первой инстанции оставлено без изменения. Арбитражный суд Центрального округа постановлением от 16.09.2021 указанные судебные акты оставил без изменения. 2 Гончар Марина Юрьевна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суды пришли к выводу о наличии достаточных доказательств для признания оспариваемой сделки недействительной в соответствии с положениями пункта 2 статьи 61.2 Федерального закона от 26.10.2002 № 127-ФЗ «О несостоятельности (банкротстве)», поскольку сделка совершена в период неплатежеспособности должника, между заинтересованными лицами, что привело к безвозмездному отчуждению имущества и причинению вреда имущественным интересам кредиторов. Доводы, изложенные в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Гончар Марине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