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«Бизнес Центр «Невский» удовлетворить. Предоставить обществу с ограниченной ответственностью «Бизнес Центр «Невский»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Республики Карелия от 14.02.2021 по делу № А26-7170/2019, постановление Тринадцатого арбитражного апелляционного суда от 18.06.2021 и постановление Арбитражного суда Северо-Западного округа от 14.10.2021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