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2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«ЭКОЛОГИ-КА» удовлетворить. Предоставить обществу с ограниченной ответственностью «ЭКОЛОГИ-КА»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