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12.03.2021, оставленным без изменения постановлениями Первого арбитражного апелляционного суда от 19.05.2021 и Арбитражного суда Волго-Вятского округа от 31.08.2021, заявленное требование удовлетворено. В кассационных жалобах судебный пристав-исполнитель и управление ставят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28.08.2020 серии ФС № 035063921, выданного Арбитражным судом Нижегородской области по делу № А43-13336/2020, возбуждено исполнительное производство от 17.09.2020 № 32842/20/52058-ИП в отношении предприятия (должник). Судебным приставом-исполнителем вынесено постановление от 19.10.2020 об обращении взыскания на денежные средства должника, находящиеся в банке или иной кредитной организации, согласно которому обращено взыскание на денежные средства, находящиеся на счетах № 4070281074230000575 и № 4070281014230000014, открытых в ПАО «Сбербанк России», на сумму 1 309 357 рублей 92 копейки. Постановлением судебного пристава-исполнителя от 22.10.2020, мотивированным тем, что должник является единственным поставщиком услуг теплоснабжения и горячего водоснабжения, а также с учетом частичного погашения им долга перед обществом (взыскатель), отменено постановление об обращении взыскания на денежные средства должника с расчетного счета № 4070281074230000575. Указывая на незаконность данного постановления,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198, 200, 201, 329 Арбитражного процессуального кодекса Российской Федерации, статей 2, 68, 3 69, 96 Федерального закона от 02.10.2007 № 229-ФЗ «Об исполнительном производстве», статей 12, 13 Федерального закона от 21.07.1997 № 118-ФЗ «Об органах принудительного исполнения Российской Федерации», Федерального закона от 26.10.2002 № 127-ФЗ «О несостоятельности (банкротстве)», правовой позицией, изложенной в пункте 10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пришли к выводу о том, что оспариваемые действия должностного лица не соответствуют закону и нарушают права и законные интересы взыскателя. Судебные инстанции исходили из того, что действиями судебного пристава-исполнителя были ущемлены права и законные интересы одного кредитора (общества) по отношению к иным кредиторам. При исследовании обстоятельств дела установлено, что постановлением от 22.10.2020 судебный пристав-исполнитель неправомерно отменил вынесенное им постановление от 19.10.2020; начиная с 22.10.2020 с расчетного счета должника № 4070281074230000575 были списаны денежные средства не только на оплату продукции (товара) для проведения отопительного сезона, но и задолженность перед иными кредиторами. Приведенные в кассационных жалобах доводы повторяют правовую позицию судебного пристава-исполнителя и управления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заместителю начальника отделения – заместителю старшего судебного пристава Шахунского межрайонного отделения судебных приставов Управления Федеральной службы судебных приставов по Нижегородской области Дудиной Марии Владимировне и Управлению Федеральной службы судебных приставов по Нижегородской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