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Заместителя Верховного Суда Российской Федерации – председателя Судебной коллегии по экономическим спорам от 11.11.2021 № 305-ЭС21-12471 отменено определение судьи Верховного Суда Российской Федерации и кассационная жалоба публичного акционерного общества Банк «Югра» в лице конкурсного управляющего государственной корпорации «Агентство по страхованию вкладов» с делом переданы для рассмотрения в судебном заседании Судебной коллегии по экономическим спорам Верховного Суда Российской Федерации. Судебное заседание назначено на 13.12.2021 на 10 часов 30 минут. На основании абзаца второго части 5 статьи 158 Арбитражного процессуального кодекса Российской Федерации судебное разбирательство может быть отложено по решению председателя арбитражного суда, заместителя председателя арбитражного суда или председателя судебного состава в случае болезни судьи или по иным причинам невозможности проведения судебного заседания на срок, не превышающий десяти дней. Согласно разъяснениям, изложенным в абзаце втором пункта 15 постановления Пленума Высшего Арбитражного Суда Российской Федерации от 25.12.2013 № 99 «О процессуальных сроках» в случае если лица, участвующие в деле, и другие участники арбитражного процесса не присутствовали в судебном заседании или судебное разбирательство отложено на срок, не превышающий десяти дней, в порядке и по основаниям, предусмотренным статьей 158 Арбитражного процессуального кодекса Российской Федерации, участники арбитражного процесса могут быть извещены судом в срок до начала судебного заседания (с учетом времени, необходимого для явки участников арбитражного процесса в судебное заседание) по электронной почте или иным способом, если суд располагает сведениями об адресе электронной почты, номере телефона, факса лица, участвующего в деле. Принимая во внимание названные положения закона и разъяснения, учитывая отсутствие судьи Зарубиной Е.Н. по причине болезни, судебное разбирательство подлежит отложению на срок, не превышающий десяти дней. На основании изложенного и руководствуясь статьями 158 , 184 и 185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отложить судебное разбирательство по рассмотрению кассационной жалобы публичного акционерного общества Банк «Югра» в лице конкурсного управляющего государственной корпорации «Агентство по страхованию вкладов» на 16.12.2021 на 14 часов 15 минут (время московское) в помещении суда по адресу: &lt;...&gt;, зал № 3048 (подъезд 5). Председатель судебного состава, судья Верховного Суда Российской Федерации ФИО1 Суд: Верховный Суд РФ (подробнее) Судьи дела: Кирейкова Г.Г. (судья) (подробнее) Последние документы по делу: Резолютивная часть постановления от 16 декабря 2021 г. по делу № А40-184464/2019 Определение от 9 декабря 2021 г. по делу № А40-184464/2019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