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20.04.2020 Иванов Андрей Викторович признан несостоятельным (банкротом), в отношении него введена процедура реализации его имущества, финансовым управляющим утвержден Сидоров Марат Александрович. Матвеев Владимир Борисович обратился в Арбитражный суд Республики Татарстан с заявлением о признании недействительной сделки должника по отчуждению в пользу Ивановой Веры Николаевны квартиры общей площадью 70,5 кв. м, кадастровый номер 16:50:050151:1003, расположенной по адресу: г. Казань, ул. Космонавтов, д. 55, кв. 76, и применении последствий недействительности ничтожной сделки. Определением Арбитражного суда Республики Татарстан от 04.06.2021 в удовлетворении заявления отказано. Постановлением Одиннадцатого арбитражного апелляционного суда от 05.08.2021 определение суда первой инстанции оставлено без изменения. 2 Арбитражный суд Поволжского округа постановлением от 21.10.2021 указанные судебные акты оставил без изменения. Матвеев Владимир Борисович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170 Гражданского кодекса Российской Федерации и исходили из отсутствия при заключении договора купли-продажи признаков злоупотребления правом. В частности, суды установили, что обстоятельства заключения спорного договора свидетельствуют о намерении создать соответствующие заключенной сделке правовые последствия, расчет между сторонами произведен, представлены доказательства, подтверждающие финансовую возможность ответчика оплатить стоимость квартиры, стоимость квартиры соответствует рыночной, денежные средства, полученные от продажи квартиры, направлены должником на погашение имеющейся задолженности перед кредитором, в связи с чем отказали в удовлетворении заявленного требования.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Матвееву Владимиру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