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27.02.2018 Уварова Наталия Павловна признана несостоятельной (банкротом), в отношении нее введена процедура банкротства - реализация имущества гражданина, финансовым управляющим утвержден Рыжов Андрей Сергеевич. Уварова Н.П. обратилась в арбитражный суд с заявлением об исключении из реестра требований кредиторов должника требования Банка «СОЮЗ» (акционерное общество) в размере 16 771 805 рублей 82 копеек. Определением Арбитражного суда Московской области от 20.11.2020 в удовлетворении заявления отказано. Постановлением Десятого арбитражного апелляционного суда от 13.05.2021 определение суда первой инстанции оставлено без изменения. Арбитражный суд Московского округа постановлением от 10.08.2021 указанные судебные акты оставил без изменения. 2 Артемова Татьяна Викторовна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обособленный спор, суды, руководствуясь положениями статьи 16 Федерального закона от 26.10.2002 № 127-ФЗ «О несостоятельности (банкротстве)», разъяснениями, изложенными в пункте 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 и пункте 31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указали на отсутствие предусмотренных законом оснований для исключения требования банка из реестра. При этом судами установлено, что сведения о погашении части требования банка были внесены финансовым управляющим в реестр требований кредиторов должника. Доводы, изложенные в кассационной жалобе, приводились в судах, были рассмотрены судами и мотивированно отклонены. Несогласие заявителя кассационной жалобы с выводами судов, основанными на установленных фактических обстоятельствах дела и оценке представленных доказательств,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Артемовой Татьяне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