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19.08.2020 Полуэктов Игорь Николаевич признан несостоятельным (банкротом), в отношении него введена процедура реализации имущества гражданина, финансовым управляющим утвержден Синеокий Станислав Борисович. Ованесян Сергей Игоревич обратился в суд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задолженности по шести договорам займа в размере 7 100 000 рублей долга, 517 242 рублей 47 копеек процентов за пользование займом, 620 560 рублей 33 копеек пеней, а также процентов за пользование чужими денежными средствами в связи с просрочкой возврата суммы займа. Определением Арбитражного суда Тверской области от 05.04.2021 в удовлетворении заявления отказано. Постановлением Четырнадцатого арбитражного апелляционного суда от 07.06.2021 определение суда первой инстанции оставлено без изменения. 2 Арбитражный суд Северо-Западного округа постановлением от 03.09.2021 указанные судебные акты оставил без изменения. Ованесян Сергей Игоревич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807, 808 Гражданского кодекса Российской Федерации, статьями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достаточных доказательств предоставления займа должнику. При этом суды исходили из отсутствия допустимых и относимых доказательств наличия у кредитора финансовой возможности предоставить должнику указанные в договорах займа суммы и доказательств реального предоставления заемщику сумм займа, а также отсутствия в поведении кредитора разумности и целесообразности заключения последующих сделок в условиях, когда должник допускал неисполнение обязательств по возврату денежных средств, указанных в ранее составленных договорах.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Ованесяну Сергею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