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Ковалева Андрея Викторовича Арбитражным судом Вологодской области рассмотрено переданное по подсудности дело по заявлению должника, Ковалева Владимира Андреевича, Ковалевой Анастасии Андреевны, Ковалевой Анны Андреевны, Ковалева Савелия Андреевича в лице законного представителя Ковалевой Светланы Михайловны к Богданову Денису Ивановичу и финансовому управляющему Пономареву Валерию Владимировичу о признании недействительным договора купли-продажи квартиры от 03.08.2017 и применении последствий недействительности сделки в виде признания недействительной записи в Едином государственном реестре прав на недвижимое имущество и сделок с ним о государственной регистрации права собственности на квартиру, расположенную по адресу: г. Вологда, ул. Воркутинская, д. 3, кв. 45, за Богдановым Д.И. Определением Арбитражного суда Вологодской области от 21.09.2020 в удовлетворении заявления отказано. 2 Постановлением Четырнадцатого арбитражного апелляционного суда от 11.02.2021 определение суда первой инстанции в части отказа в признании недействительным договора купли-продажи отменено; договор купли-продажи от 03.08.2017, заключенный Пономаревым В.В. и Богдановым Д.И., признан недействительным; в порядке применения последствий недействительности сделки на Богданова Д.И. возложена обязанность возвратить квартиру в конкурсную массу Ковалева А.В., на финансового управляющего Пономарева В.В. – возвратить Богданову Д.И. 1 214 000 рублей; в удовлетворении заявленных требований в остальной части отказано. Постановлением Арбитражного суда Северо-Западного округа от 30.04.2021 постановление суда апелляционной инстанции отменено, дело направлено в Четырнадцатый арбитражный апелляционный суд на новое рассмотрение. При новом рассмотрении дела постановлением Четырнадцатого арбитражного апелляционного суда от 12.07.2021 определение суда первой инстанции отменено, заявление оставлено без рассмотрения. Арбитражный суд Северо-Западного округа постановлением от 31.08.2021 постановление суда апелляционной инстанции оставил без изменения. Арбитражный управляющий Пономарев Валерий Владимирович и Богданов Денис Иванович обратились в Судебную коллегию Верховного Суда Российской Федерации с кассационными жалобами на постановление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3 Установив, что вступившим в законную силу определением Арбитражного суда Вологодской области от 16.10.2020 производство по делу о банкротстве должника завершено, полномочия финансового управляющего Пономарева В.В. прекращены, учитывая разъяснения, изложенные в пункте 19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 апелляционной инстанции оставил заявление о признании сделки недействительной без рассмотрения применительно к пункту 4 части 1 статьи 148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выводами суда апелляционной инстанции.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Пономареву Валерию Владимировичу и Богданову Денису Ивановичу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