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«Сервистелеком» (далее – должник) общество с ограниченной ответственностью «Монтажно-наладочное управление № 1 корпорации акционерной компании «Электросевкавмонтаж» (далее – общество) обратилось в Арбитражный суд Республики Татарстан с заявлением о включении в реестр требований кредиторов должника (далее – реестр) его денежного требования в размере 3 333 830 рублей 78 копеек основного долга и 333 383 рублей 08 копеек пеней. К участию в обособленном споре в качестве третьего лица, не заявляющего самостоятельных требований относительно предмета спора, привлечено акционерное общество «Оптима Энергострой». Определением суда первой инстанции от 24.10.2017, оставленным без изменения постановлением суда апелляционной инстанции от 30.01.2018, в удовлетворении заявления отказано. Постановлением суда округа от 17.04.2018 указанные судебные акты отменены, обособленный спор направлен на новое рассмотрение в Арбитражный суд Республики Татарстан. В кассационной жалобе, поданной в Верховный Суд Российской Федерации, конкурсный управляющий должником выражает несогласие с постановлением суда округа, просит его отменить, оставив в силе судебные акты судов первой и апелляционной инстанций. Изучив обжалуемый судебный акт, судья не находит оснований для его пересмотра в порядке кассационного производства Судебной коллегией Верховного Суда Российской Федерации. Отменяя судебные акты нижестоящих судов и направляя обособленный спор на новое рассмотрение с целью установления имеющих значение для правильного разрешения спора обстоятельств, в том числе проверки доводов общества в части обоснованности заявленного им требования, суд округа действовал в соответствии с положениями, предусмотренными статьями 287 Арбитражного процессуального кодекса Российской Федерации. Конкурсный управляющий должником не лишен права изложить свои доводы по существу спора при новом рассмотрении в суде первой инстанции.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СудьяД.В. Капкаев Суд: Верховный Суд РФ (подробнее) Иные лица: Адресно-справочное бюро при УФМС России по РТ (подробнее) АО "ОПТИМА ЭНЕРГОСТРОЙ" (подробнее) ИП Бачев Александр Владимирович (подробнее) ИП Матвеева Екатерина Валерьевна, Краснодарский край, г.Славянск-на-Кубани (подробнее) к/у Масленников Андрей Валерьевич (подробнее) Межрайонная ИФНС РОссии №6 по РТ (подробнее) НП "МСОПАУ "Альянс управляющих" (подробнее) ОАО "Зеленоградское ремонтно-строительное управление", г.Зеленоград (подробнее) ОАО Конкурсный управляющий "Зеленоградское ремонтно-строительное управление" Качин Р.С., г. Чебоксары (подробнее) ООО "Автомехстрой", Краснодарский край, Абинский район (подробнее) ООО "Афипский НПЗ" (подробнее) ООО "ВолгаТрансНефтеПроект", г.Казань (подробнее) ООО "Железобетон Ресурс", г.Краснодар (подробнее) ООО "Инновационные покрытия", г.Подольск (подробнее) ООО "Климат-Комплекс, г.Новороссийск (подробнее) ООО "КонсультантПлюс.Информационные технологии", г.Казань (подробнее) ООО "Мир", Краснодарский край, Динской район, станица Старомышастовская (подробнее) ООО "МНУ-1 Корпорации Акционерной компании "Электросевкамонтаж" (подробнее) ООО "Монтажно-наладочное управление №1 Корпорации Акционерной компании "ЭЭлектросевкавмонтаж ООО "МНУ-1 Корпорации АК "ЭСКМ"" (подробнее) ООО "Нефтехимстрой" (подробнее) ООО "Оргнефтехим-Холдинг", г. Москва (подробнее) ООО "ПеГас" (подробнее) ООО "Пегас", Краснодарский край, ст. Динская (подробнее) ООО "Полипрофит" (подробнее) ООО "Полипрофит", г.Краснодар (подробнее) ООО "РенСтройТех", Краснодарский край, Северский район, пгт.Афипский (подробнее) ООО "Рентстройтех" (подробнее) ООО "РЕНТСТРОЙТЕХ", конкурсный управляющий Карпенко П.В. (подробнее) ООО "РостТехноН", г.Шахты (подробнее) ООО "СервисТелеКом" (подробнее) ООО "Сервистелеком", г.Казань (подробнее) ООО "СТК" (подробнее) ООО "Стройгрупп", г.Зеленодольск (подробнее) ООО "Строй-Инвест", г.Волгоград (подробнее) ООО "Тактика-ЭнергоСвязьСтрой" (подробнее) ООО "ТД "Волгаэлектросбыт", г.Самара (подробнее) ООО "ФБК", г. Москва (подробнее) ООО "Частная охранная организация "Русич", г.Краснодар (подробнее) ООО "ЭНЕРГОКОМ", г.Москва (подробнее) ООО "Южная оценочная компания "Эксперт" (подробнее) Управление Росреестра по РТ (подробнее) Управление Федеральной налоговой службы по Республике Татарстан, г.Казань (подробнее) Управление Федеральной налоговой службы РТ (подробнее) Управление Федеральной службы судебных приставов по РТ г. Казань (подробнее) Федеральная налоговая служба №18 (подробнее) Федеральная налоговая служба России, г.Казань (подробнее) Федеральная налоговая служба России, г.Москва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