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Территориальное управление Федерального агентства по управлению государственным имуществом в Саратовской области (далее - ТУ Росимущества в Саратовской области) обратилось в Арбитражный суд Саратовской области с исковым заявлением к закрытому акционерному обществу "Саратовское предприятие городских электрических сетей" (далееЗАО "СПГЭС") об истребовании из чужого незаконного владения: - земельный участок с кадастровым номером 64:48:020314:933, общей площадью 591 +/- 9 кв. м, расположенный по адресу: &lt;...&gt;; - земельный участок с кадастровым номером 64:48:020314:936, общей площадью 793 +/- 10 кв. м, расположенный по адресу: &lt;...&gt;. Решением Арбитражного суда Саратовской области от 25.02.2021, оставленным без изменения постановлением Двенадцатого арбитражного апелляционного суда от 16.04.2021 и постановлением Арбитражного суда Поволжского округа от 16.08.2021, требования удовлетворены.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и процессуального права. В обоснование доводов жалобы заявитель указывает, что приватизация имущества государственного предприятия САЗ осуществлена на основании постановления Совета Министров СССР № 19 от 10.01.1991 «О преобразовании Саратовского авиационного завода и Саратовского электроагрегатного производственного объединения в коллективные предприятия». Завершение приватизации государственного предприятия САЗ подтверждается выдачей 18.05.1992 Комитетом по управлению имуществом –территориального агентства Госимущества Российской Федерации по городу Саратову коллективному предприятию САЗ свидетельства № 1 о праве собственности на имущество государственного предприятия САЗ, переданного согласно Постановлению № 19 и актам оценки имущества САЗ, утвержденных Министром авиапромышленности 26.02.1991. Решения о приватизации, которые вступили в законную силу до принятия Постановления Верховного Совета Российской Федерации от 27.12.1991 № 3020-1 "О разграничении государственной собственности в Российской Федерации на федеральную собственность, государственную собственность республик в составе Российской Федерации, краев, областей, автономной области, автономных округов, городов Москвы и Санкт-Петербурга и муниципальную собственность", Основных положений Государственной программы приватизации государственных и муниципальных предприятий Российской Федерации после 1 июля 1994 г., признавались действительными и подлежали исполнению в силу прямого указания закона. В соответствии с пунктом 1.4 основных положений Государственной программы приватизации Государственных и муниципальных предприятий в Российской Федерации после 1 июля 1994 года, утвержденных Указом Президента Российской Федерации от 22 июля 1994 года № 1535, принятые до утверждения Основных положений решения о приватизации государственных (муниципальных) предприятий подлежат обязательном выполнению. Вывод судов об отнесении ЗАО «САЗ» исключительно к федеральной собственности противоречит фактическим обстоятельствам и основан на применении закона (нормы Приложения № 1, раздела 3 пункта 1 к Постановлению Верховного Совета Российской Федерации № 3020 от 27.12.1991), не имеющего обратной юридической силы. Включение ЗАО «САЗ» в перечень стратегических предприятий не отменяет его приватизацию. Обосновывая позицию об отнесении земельных участков, переданных в собственность (на баланс) ЗАО «САЗ», исключительно к федеральной собственности, суды также применили закон, не подлежащий применению (статью 3.1 Федерального закона от 25.10.2001 № 137-ФЗ «О введении в действие Земельного кодекса Российской Федерации» (далее- закон о введении в действие ЗК РФ). Оснований для применения закона о введении в действие ЗК РФ к спорным правоотношениям не имеется, поскольку приватизация государственного предприятия ЗАО «САЗ» завершена в 1992 году, а сделки по передаче земельных участков в собственность ЗАО «САЗ» заключены и исполнены в 1998г. Вывод судов об отсутствии у администрации г. Саратова права на распоряжение земельными участками, переданными ЗАО «САЗ» на основании постановления администрации года Саратова № 37 от 22.01.1998 по договору мены от 26.01.1998 № 1-м/пр противоречит законодательству, действовавшему в спорный период. В соответствии с пунктом 4.6 Основных положений Государственной программы приватизации государственных и муниципальных предприятий в Российской Федерации после 1 июля 1994 года, утвержденной Указом Президента РФ от 22 июля 1994 г. № 1535, собственники приватизированных (государственных) предприятий, иные собственники зданий, сооружений, помещений имеют исключительное право по своему выбору приобрести в собственность занимаемые указанными объектами нежилого фонда земельные участки (долю земельного участка) либо взять их в долгосрочную аренду. Согласно статье 70 Земельного кодекса РСФСР от 25аперля 1991 г. все земли в пределах городской, поселковой черты и черты сельских населенных пунктов находятся в ведении городских, поселковых, сельских Советов народных депутатов. В силу пункта 6 статьи 71 Земельного кодекса РСФСР в состав земель городов, рабочих, курортных, дачных поселков и сельских населенных пунктов входят земли промышленности, транспорта, связи, радиовещания, телевидения, информатики и космического обеспечения, энергетики, обороны и иного назначения. Администрация города Саратова является уполномоченным органом на распоряжение спорными земельными участками. По смыслу разъяснений, изложенных в пунктах 34,35 Постановления Пленума Верховного Суда Российской Федерации и Пленума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 признание права отсутствующим является надлежащим способом защиты в тех случаях, когда истец, считающий себя собственником вещи, не утратил владение ею, но в ЕГРЮЛ внесена запись о праве собственности другого лица на данную вещь. Спорные земельные участки во владении истца не находятся. Спорные земельные участки и расположенные на них объекты недвижимости приобретены ответчиком на основании возмездных сделок: договора купли-продажи № 9 от 22.12.2014, договора купли-продажи № 10 от 22.12.2014, заключенных между ООО «ГорЭнергоСервис» и ЗАО «СПГЭС». Ответчик является добросовестным приобретателем земельных участков и расположенных на них объектов недвижимости. Наличие на земельных участках зданий, принадлежащих ответчику, влечет отказ в удовлетворении требований истца 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закрытое акционерное общество "Саратовский авиационный завод" (далее - ЗАО "САЗ") был включен в список стратегических предприятий Российской Федерации в соответствии с Указом Президента РФ от 04.08.2004 N 1009 "Об утверждении перечня стратегических предприятий и стратегических акционерных обществ". Во исполнение постановления администрации г. Саратова от 22.01.1998 N 37 "Об обмене имуществом с ЗАО "Саратовский авиационный завод" между администрацией г. Саратова и ЗАО "САЗ" был заключен договор мены от 26.01.1998 N 1-М/ПР, по условиям которого администрация г. Саратова передает в собственность ЗАО "САЗ" земельные участки площадью 342,0212 га, в том числе: площадка А - 87,4306 га; площадка Б - 252,8315 га; дальний привод -1,1133 га; ближний привод - 0,6459 га. Право собственности на земельные участки с кадастровым номером 64:48:020314:5 (площадью 874 306 кв. м) и с кадастровым номером 64:48:020358:8 (площадью 2 527 616 кв. м) за ЗАО "САЗ" зарегистрировано в Едином государственном реестре прав на недвижимое имущество и сделок с ним 06.10.1998. В результате многочисленных преобразований из земельного участка с кадастровым номером 64:48:020314:5 были образованы спорные земельные участки (с кадастровыми номерами 64:48:020314:933, 64:48:020314:936), что подтверждается выписками из ЕГРП на указанные земельные участки, а также сведениями, изложенными в письме Управления Росреестра по Саратовской области от 14.03.2019 N 12-12/8961 в адрес Прокуратуры Саратовской области. Как указывает истец, из выписок ЕГРН от 05.08.2020 ТУ Росимущества в Саратовской области стало известно о наличии записи регистрации права собственности ЗАО "СПГЭС": - N 64-64/050-01/833/2014-395/2 от 14.01.2015 на земельный участок с кадастровым номером 64:48:020314:933, общей площадью 591 +/- 9 кв. м, расположенного по адресу: &lt;...&gt;; - N 64-64/050-01/833/2014-400/2 от 14.01.2015 на земельный участок с кадастровым номером 64:48:020314:936, общей площадью 793 +/- 10 кв. м, расположенного по адресу: г. Саратов, пл. Орджоникидзе, д. 1. ТУ Росимущество полагая, что спорные земельные участки принадлежат на праве собственности Российской Федерации, поскольку на момент заключения договора мены от 26.01.1998 N 1-М/ПР земельный участок площадью 874 306 кв. м с кадастровым номером 64:48:020314:5, из которого были образованы спорные земельные участки, относился исключительно к федеральной собственности, в связи с чем администрация г. Саратова была неуполномоченным органом по распоряжению указанными земельными участками, обратилось в арбитражный суд с настоящим иском. Исследовав и оценив доказательства по правилам статьи 71 АПК РФ , установив, что в силу пункта 1 раздела 3 Приложения N 1 к постановлению Верховного Совета Российской Федерации от 27.12.1991 N 3020-1 "О разграничении государственной собственности в Российской Федерации на федеральную собственность, государственную собственность республик в составе Российской Федерации, краев, областей, автономной области, автономных округов, городов Москвы и Санкт-Петербурга и муниципальную собственность" государственное предприятие "Саратовский авиационный завод", образованное 31.12.1931, выпускавшее оборонную продукцию и летательные аппараты, находилось исключительно в федеральной собственности, суды пришли к выводам о том, что земельный участок площадью 874 306 кв. м, фактически занимаемый площадкой А, относился исключительно к федеральной собственности, в связи с чем администрация г. Саратова на момент заключения договора мены от 26.01.1998 N 1-М/ПР была неуполномоченным органом по распоряжению данным земельным участком. Поскольку договор мены от 26.01.1998 N 1-М/ПР в силу статьи 168 Гражданского кодекса Российской Федерации (далее - ГК РФ) являлся ничтожной сделкой, и у ЗАО "САЗ" не возникло право собственности на земельный участок площадью 874 306 кв. м, суды признали , что и все последующие сделки являются ничтожными. Учитывая, что спорный земельный участок был образован из земельного участка площадью 874 306 кв. м, который в силу закона принадлежал на праве собственности Российской Федерации; в соответствии с частью 1 статьи 69 Федерального закона от 13.07.2015 N 218-ФЗ "О государственной регистрации недвижимости" данное право является ранее возникшим и признается юридически действительным и при отсутствии государственной регистрации в Едином государственном реестре недвижимости, поскольку возникло до дня вступления в силу Федерального закона от 21.07.1997 N 122-ФЗ "О государственной регистрации прав на недвижимое имущество и сделок с ним"; земельный участок площадью 874 306 кв. м не выбыл из владения Российской Федерации; отсутствие пользования данными участками как ответчиком, так и его правопредшественниками, что исключает факт передачи спорных земельных участков собственником предприятию, руководствуясь статьями 301 , 302 ГК РФ , разъяснениями, изложенными в пунктах 3, 52, 57 постановления Пленумов Верховного Суда Российской Федерации и Высшего Арбитражного Суда Российской Федерации от 29.04.2010 N 10/22 "О некоторых вопросах, возникающих в судебной практике при разрешении споров, связанных с защитой права собственности и других вещных прав" (далее - постановление Пленумов 10/22), суды удовлетворили исковые требования, признав несостоятельным довод заявителя о том, что он является добросовестным приобретателем.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«Саратовское предприятие городских электрических сетей»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 Судебная практика по: Признание договора купли продажи недействительным Судебная практика по применению норм ст. 454, 168, 170, 177, 179 ГК РФ Добросовестный приобретатель Судебная практика по применению нормы ст. 302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