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Сергеева Татьяна Владимировна (далее – ИП Сергеева Т.В.) обратилась в Арбитражный суд города Москвы с требованиями к Попкову Владимиру Анатольевичу о признании незаконным бездействия последнего, выразившегося в не уведомлении о ликвидации общества с ограниченной ответственностью «АВ Логистик» (далее – Общество); неотражении в промежуточном ликвидационном балансе сведений о кредиторской задолженности; взыскании 1 016 937 рублей 23 копеек убытков и 77 321 рубля 42 копеек процентов. К участию в деле, в качестве третьих лиц, не заявляющих самостоятельных требований относительно предмета спора, привлечены Межрайонная инспекция Федеральной налоговой службы № 46 по городу Москве (далее – Инспекция № 46), Инспекция Федеральной налоговой службы № 1 по Москве. Решением Арбитражного суда города Москвы от 04.03.2021 требования удовлетворены частично: с Попкова В.А. в пользу ИП Сергеевой Т.В. взыскано 2 44 073 рубля 97 копеек убытков и 3 627 рублей 26 копеек процентов; в удовлетворении остальной части требований отказано. Постановлением Девятого арбитражного апелляционного суда от 18.05.2021, оставленным без изменения постановлением Арбитражного суда Московского округа от 12.08.2021, решение от 04.03.2021 отменено, в удовлетворении требований отказано полностью.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судами норм материального и процессуального права. В обоснование доводов жалобы заявитель указывает, что судами не принято во внимание, что ликвидатором Общества, доподлинно знавшем о наличии задолженности, был грубо нарушен порядок ликвидации указанного юридического лица, которое, с учетом невозможности получения предпринимателем удовлетворения за счет имущества хозяйствующего субъекта, могло быть ликвидировано только в порядке, установленном законодательством о несостоятельности (банкротстве).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01.08.2016 между ИП Сергеевой Т.В. (заказчик) и Обществом (исполнитель) и заключен договор № ОПР-0108/2016 по организации перевозок грузов. Между названными лицами 01.09.2017 был подписан акт сверки взаимных расчетов за 3 квартал, согласно которому задолженность Общества составила 1 001 094 рубля. Инспекция № 46 в Единый государственный реестр юридических лиц (далее – ЕГРЮЛ) 15.08.2018 внесена запись за государственным регистрационным номером (далее – ГРН) 7187749802409 о принятие юридическим лицом решения о ликвидации и назначении ликвидатора – Попков В.А. Инспекцией № 46 также 05.04.2019 в ЕГРЮЛ внесены запись ГРН 9197746781333 о составлении промежуточного ликвидационного баланса и запись ГРН 9197746804191 о прекращении деятельности Общества ввиду его ликвидации. В обоснование требований ИП Сергеева Т.В. указывает на то, что ликвидатор свои обязанности по уведомлению кредитора о ликвидации Общества 3 не исполнил; задолженность, подтвержденную вступившим в законную силу решением Арбитражного суда города Москвы от 31.08.2018 по делу № А40-151912/2018, перед истцом не погасил. По мнению ИП Сергеевой Т.В., указанное решение суда не исполнено вследствие ненадлежащего исполнения ликвидатором Общества обязанностей, установленных статьями 61-64 Гражданского кодекса Российской Федерации (далее – Гражданский кодекс) по уведомлению кредитора о ликвидации юридического лица и отражению в промежуточном ликвидационном балансе сведений о кредиторской задолженности. Суд первой инстанции, руководствуясь положениями статей 10, 15, 62- 64.1, 307, 395, 407, 410 Гражданского кодекса, статей 47, 96 Федерального закона № 229-ФЗ «Об исполнительном производстве», частично удовлетворил заявленные требования, исходя из того, что ИП Сергеевой Т.В. не поступало уведомлений, в связи с чем она не была извещена надлежащим образом о ликвидации должника, не имела возможности своевременно реализовать свое право на предъявление требований к Обществу о включении сведений о задолженности в промежуточный ликвидационный баланс. Вместе с тем Попкову В.А., ранее являвшемуся генеральным директором Общества, было достоверно известно о наличии задолженности, чт о подтверждается подписанием акта сверки взаимных расчетов за 3 квартал 2017 по договору от 01.08.2016 №ОПР-0108/2016,полписанному ООО «АВ Логистик « и ИП Сергеевой Т.В., равно как и о состоявшемся решении Арбитражного суда города Москвы по делу № А40-151912/2018. Учитывая, что в своих возражениях Попков В.А. указал на то, что у ИП Сергеевой Т.В. также имеется задолженность перед Обществом, суд первой инстанции проведя взаиморасчет, пришел к выводу, что размер непокрытых убытков составляет 44 073 рубля 97 копеек, исчислив также соответствующую сумму процентов. Повторно исследовав и оценив по правилам статьи 71 АПК РФ представленные доказательства, руководствуясь статьей 15 Гражданского кодекса, суд апелляционной инстанции, с выводами которого согласился суд округа, отменил решение суда первой инстанции и отказал в удовлетворении требований в полном объеме, указав, что представленный в материалы дела ликвидационный баланс Общества свидетельствует о невозможности получения ИП Сергеевой Т.В. удовлетворения требований за счет имущества ликвидированного юридического лица, в связи с чем обжалуемые неправомерные действия ликвидатора не могли причинить убытки. Отклоняя доводы о неправомерности зачета вследствие того, что ИП Сергеева Т.В. не имеет неисполненных обязательств перед Обществом, апелляционный и окружной суды указали на то, что ответчик заявил о произведенном зачете встречного требования именно ООО «АВ Логистик « к истцу. Суды признали прекращенными обязательства ООО «АВ Логистик» по оплате истцу задолженности вследствие применения зачета встречного требования на основании статьи 410 Гражданского кодекса, что подтверждено заявлением о зачете и доказательствами уведомления о зачете. 4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Сергеевой Татьяны Владимировны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