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308-ЭС21-22469. Председатель третьего судебного состава, судья Верховного СудаРоссийской Федерации ФИО1 Суд: Верховный Суд РФ (подробнее) Истцы: ООО "НАТЭК-Нефтехиммаш" (подробнее) ООО Научно-производственное объединение "НАТЭК-Нефтехиммаш" (подробнее) Ответчики: МЕЖРАЙОННАЯ ИНСПЕКЦИЯ ФЕДЕРАЛЬНОЙ НАЛОГОВОЙ СЛУЖБЫ №17 ПО КРАСНОДАРСКОМУ КРАЮ (подробнее) Межрайонную ИФНС России №24 по Ростовской области (подробнее) МИФНС №17 по КК (подробнее) Управление Федеральной налоговой слудбы России по Краснодарскому краю (подробнее) УФНС России по КК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