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Бычкова О.Ю. обратилась в суд с заявлением о взыскании с должника 65 000 рублей судебных расходов на оплату услуг представителя, 1 800 рублей расходов по изготовлению нотариальной доверенности № 78 АБ 8969481, а также 1 122 рубля 02 копейки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25.08.2021,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или принять по делу новый судебный акт, не передавая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Бычковой Ольге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