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11.06.2021,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публичного акционерного общества «Банк ВТБ»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АО "Комбинат благоустройста" Октябрьского р-на (подробнее) АО "КОМБИНАТ БЛАГОУСТРОЙСТВА" ОКТЯБРЬСКОГО РАЙОНА (подробнее) Ответчики: АО "Тинькофф Банк" (подробнее) ПАО Банк ВТБ (подробнее) ПАО Филиал Банк ВТБ (подробнее) Иные лица: ОАО Банк "ВТБ" филиал Банк ВТБ в. г. Ростове-на-Дону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