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301-ЭС21-21842. Председатель третьего судебного состава,судья Верховного Суда Российской Федерации ФИО1 Суд: Верховный Суд РФ (подробнее) Истцы: ООО "ЮТА" (подробнее) Ответчики: межрайонной ифнс россии №5 по нижегородской области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