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02.05.2017, оставленным без изменения постановлением Седьмого арбитражного апелляционного суда от 18.12.2017 и постановлением Арбитражного суда Западно-Сибирского округа от 05.04.2018, в удовлетворении заявленного требования отказано. Общество 06.06.2018 обратилось в Верховный Суд Российской Федерации с кассационной жалобой на названные судебные акты. Определением Верховного Суда Российской Федерации от 19.06.2018 кассационная жалоба возвращена обществу в связи с отказом в предоставлении отсрочки уплаты государственной пошлины. Общество 02.07.2018 вновь обратилось в Верховный Суд Российской Федерации с кассационной жалобой на названные судебные акты и заявило ходатайство о восстановлении срока подачи кассационной жалобы, обосновав тем, что заявитель находится в стадии добровольной ликвидации с 08.08.2014, имеет один расчетный счет: общество представило справку филиала ПАО «БАНК УРАЛСИБ» об остатке денежных средств на счете № 40702810732300000151 на 21.06.2018 в сумме 0 рублей и сведения об открытых банковских счетах по состоянию на 29.06.2018, подтвержденные налоговым органом. Согласно части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Учитывая, что ходатайство подано заявителем в пределах установленного срока, а также устранены обстоятельства, по которым кассационная жалоба была возвращена 19.06.2018, пропущенный срок на подачу кассационной жалобы подлежит восстановлению. На основании изложенного, руководствуясь статьей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восстановить открытому акционерному обществу «Новокузнецкий общепит» срок на подачу кассационной жалобы на решение Арбитражного суда Кемеровской области от 02.05.2017 по делу № А27-19350/2016, постановление Седьмого арбитражного апелляционного суда от 18.12.2017 и постановление Арбитражного суда Западно-Сибирского округа от 05.04.2018 по тому же делу. Предоставить открытому акционерному обществу «Новокузнецкий общепит» отсрочку уплаты государственной пошлины до окончания производства по кассационной жалобе. Судья Верховного Суда Д.В. Тютин Российской Федерации Суд: Верховный Суд РФ (подробнее) Истцы: ОАО "Новокузнецкий общепит" (подробнее) Ответчики: Инспекция Федеральной налоговой службы по Центральному району г. Новокузнецка Кемеровской области (подробнее) ФНС России Инспекция по Центральному району г.Новокузнецка КО (подробнее) Иные лица: ФБУ Кемеровская лаборатория судебной экспертизы (подробнее) Судьи дела: Пронина М.В. (судья) Последние документы по делу: Письмо от 3 сентября 2018 г. по делу № А27-19350/2016 Определение от 5 июля 2018 г. по делу № А27-19350/2016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