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28.08.2017, постановление Девятого арбитражного апелляционного суда от 21.11.2017 и постановление Арбитражного суда Московского округа от 13.03.2018 по делу № А40-125716/2016 отменить. Обособленный спор направить на новое рассмотрение в Арбитражный суд города Москвы.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 судья И.В. Разумов судья Е.С. Корнелюк судья С.В. Самуйлов Суд: Верховный Суд РФ (подробнее) Истцы: АО "Банк Интеза" (подробнее) ИФНС №29 по г. Москве (подробнее) ООО "Дориан" (подробнее) ООО "ЛАНАТ" (подробнее) ООО "Мета" (подробнее) ООО "Ратимир" (подробнее) Иные лица: Департамент записей актов гражданского состояния Приморского края (подробнее) Замоскворецкий отдел ЗАГС г. Москвы (подробнее) КО Компания с ограниченной ответственностью "Ньюмен Менеджмент Лимитед" (подробнее) САУ СО Северная столица Представительство в Москве и МО (подробнее) Управление ЗАГС администрации Уссурийского городского округа Приморского края (подробнее) Судьи дела: Разумов И.В. (судья) Последние документы по делу: Определение от 24 сентября 2018 г. по делу № А40-125716/2016 Резолютивная часть постановления от 20 сентября 2018 г. по делу № А40-125716/2016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