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2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306-ЭС21-21231.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