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06.06.2018 Петри Денис Андреевич признан несостоятельным (банкротом), в отношении него введена процедура реализации имущества гражданина, финансовым управляющим утвержден арбитражный управляющий Фильберт Михаил Юрьевич. Публичное акционерное общество «Промсвязьбанк» обратилось в Арбитражный суд Иркутской области с заявлением о признании незаконными действий финансового управляющего Фильберта М.Ю., выразившихся в недостоверном отражении сведений в отчетах о результатах проведения реализации имущества гражданина, неотражении сведений о наличии в офисе должника имущества третьих лиц (офисной мебели, оргтехники), непредставлении полной и исчерпывающей информации по имуществу должника, отсутствии ответа на запрос банка, неполном выяснении обстоятельств о состоянии имущества должника, проведении мероприятий лишь в ходе рассмотрения жалобы на ненадлежащее исполнение обязанностей 2 финансового управляющего, проведении мероприятий по освобождению заложенного имущества от имущества третьих лиц без согласия банка, отсутствии сведений о правоотношениях с ООО «Иркриэлстрой» по договору аренды, непринятии мер, направленных на получение денежных средств от сдачи имущества должника (офиса) в аренду, и возникновением у должника убытков в виде упущенной выгоды; обязании финансового управляющего устранить допущенные нарушения, представить полную исчерпывающую информацию; взыскать с финансового управляющего Фильберта М.Ю. 1 281 540 рублей убытков в виде упущенной выгоды от сдачи имущества в аренду; отстранить арбитражного управляющего Фильберта М.Ю. от исполнения обязанностей финансового управляющего имуществом Петри Д.В. К участию в деле в качестве третьих лиц, не заявляющих самостоятельных требований относительно предмета спора, привлечены Бобровский Евгений Васильевич, Костюченко Мария Андреевна, общество с ограниченной ответственностью «Иркриэлстрой», Гроховский Алексей Викторович. Определением Арбитражного суда Иркутской области от 30.12.2020 в удовлетворении жалобы банка отказано. Постановлением Четвертого арбитражного апелляционного суда от 19.04.2021 определение суда первой инстанции оставлено без изменения. Арбитражный суд Восточно-Сибирского округа постановлением от 06.08.2021 указанные судебные акты оставил без изменения. Публичное акционерное общество «Промсвязьбанк»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3 Отказывая в удовлетворении заявления, суды руководствовались положениями статей 20.3, 60, 145, 213.9 Федерального закона от 26.10.2002 № 127-ФЗ «О несостоятельности (банкротстве)» и исходили из недоказанности наличия оснований для признания действий (бездействия) Фильберта М.Ю. не соответствующими закону и нарушающими права и законные интересы кредитора. В связи с этим суды не усмотрели оснований для отстранения конкурсного управляющего от исполнения возложенных на него в деле о банкротстве должника обязанностей.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