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Хабаровского края от 24.12.2020, постановление Шестого арбитражного апелляционного суда от 19.02.2021 и постановление Арбитражного суда Дальневосточного округа от 16.04.2021 по делу № А73-6875/2020 отменить. Обособленный спор направить на новое рассмотрение в Арбитражный суд Хабаровского края. Отменить приостановление исполнения определения Арбитражного суда Хабаровского края от 24.12.2020 по делу № А73-6875/2020, введённое определением Верховного Суда Российской Федерации от 07.07.2021 № 303-ЭС21-13392.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С.В. Самуйлов Судья О.Ю. Шилохвост Суд: Верховный Суд РФ (подробнее) Иные лица: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