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«Уральская строительная компания»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