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26.05.2021 Пономарчук В.С. признан несостоятельным (банкротом) и в отношении него введена процедура реализации имущества сроком на шесть месяцев; требования Зайцевой Н.Б. в размере 5 837 200 рублей включены в третью очередь реестра требований кредиторов; финансовым управляющим назначен Косолапов В.Я. Пятый арбитражный апелляционный суд постановлением от 26.05.2021 решение от 26.05.2021 отменил и, признав обоснованным заявление о признании Пономарчука В.С. несостоятельным (банкротом), включил требование Зайцевой Н.Б. в размере 5 837 200 рублей в третью очередь реестра требований кредиторов должника, ввел в отношении должника процедуру реструктуризации долгов гражданина сроком на 6 месяцев. Апелляционный суд отказал в утверждении финансовым управляющим должника Косолапова В.Я., возложив на последнего исполнение обязанностей до утверждения новой кандидатуры. 2 Арбитражный суд Дальневосточного округа постановлением от 15.07.2021 постановление Пятого арбитражного апелляционного суда от 26.05.2021 оставил без изменения. В кассационной жалобе Косолапов В.Я. просит об отмене судебных актов в части отказа в утверждении его финансовым управляющим должника, ссылаясь на неправильно установленные в отношении него фактические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в жалобе переоценка вывода апелляционного суда о наличии взаимосвязи финансового управляющего и заявителя не обладает критериями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Косолапову В.Я.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