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27.07.2021,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«Санкт-Петербургский центр технического обслуживания изделий медицинской техники «Сентябрь»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