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03.09.2021,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Нижегородской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