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налоговой службы по Белгородской области обратилось в Арбитражный суд Белгородской области с заявлением о признании Ореховой Марины Петровны несостоятельной (банкротом). Решением Арбитражного суда Белгородской области от 12.03.2020 Орехова М.П. признана несостоятельной (банкротом), в отношении должника введена процедура реализации имущества гражданина, финансовым управляющим утвержден Ежов Дмитрий Викторович. Определением Арбитражного суда Белгородской области от 07.04.2021 производство по делу о признании Ореховой М.П. несостоятельной (банкротом) прекращено на основании абзаца 8 пункта 1 статьи 57 Федерального закона от 26.10.2002 № 127-ФЗ «О несостоятельности (банкротстве)». 2 Постановлением Девятнадцатого арбитражного апелляционного суда от 02.07.2021 определение суда первой инстанции отменено, вопрос направлен на новое рассмотрение в арбитражный суд первой инстанции. Арбитражный суд Центрального округа постановлением от 06.10.2021 постановление суда апелляционной инстанции оставил без изменения. Ежов Дмитрий Викторович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определение суда первой инстанции о прекращении производства по делу о банкротстве и направляя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суд апелляционной инстанции исходил из того, что вывод суда первой инстанции о недостаточности имущества должника для финансирования процедуры банкротства является преждевременным. Проверив в порядке статей 286, 287 Арбитражного процессуального кодекса Российской Федерации правильность применения судом апелляционной инстанции норм материального и процессуального права при рассмотрении дела, а также соответствие выводов, содержащихся в постановлении суда апелляционной инстанции, установленным фактическим 3 обстоятельствам и имеющимся в деле доказательствам, окружной суд пришел к выводу об отсутствии оснований для отмены судебного акта.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Ежову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