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2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закрытого акционерного общества «АИР» удовлетворить. Предоставить закрытому акционерному обществу «АИР»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