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Семенихина Олега Анатольевича в Арбитражный суд Свердловской области обратился финансовый управляющий Галашев Виталий Вячеславович с заявлением, уточненным в порядке статьи 49 Арбитражного процессуального кодекса Российской Федерации, о признании недействительной цепочки взаимосвязанных сделок – договора купли-продажи жилого дома от 26.07.2016 (право собственности зарегистрировано 04.08.2016), заключенного между обществом с ограниченной ответственностью «Респект плюс» и Семенихиным О.А., и договора купли-продажи от 19.04.2017, заключенного между ООО «Респект плюс» и Андреевой Ольгой Михайловной, применении последствий недействительности сделки в виде обязания ООО «Респект плюс» и Андреевой О.М. вернуть в конкурсную массу должника жилой дом, расположенный по адресу: Ханты-Мансийский автономный округ - Югра, 2 г. Югорск, ул. Снежная, д. 11, общей площадью 167,9 кв.м., количеством этажей: 2, кадастровый номер 86:22:0003002:1476. Определением Арбитражного суда Свердловской области от 29.03.2021 заявление финансового управляющего удовлетворено частично, признан недействительным договор купли-продажи от 26.07.2016, применены последствия недействительности сделки в виде взыскания с ООО «Респект плюс» в пользу должника 3 008 800 рублей, восстановлено право требования общества к Семенихину О.А. в сумме 1 000 000 рублей; в удовлетворении заявления в остальной части отказано. Постановлением Семнадцатого арбитражного апелляционного суда от 09.06.2021 определение суда первой инстанции отменено в части удовлетворения заявления; в удовлетворении заявления финансового управляющего отказано полностью. Арбитражный суд Уральского округа постановлением от 07.09.2021 постановление суда апелляционной инстанции оставил без изменения. Общество с ограниченной ответственностью Строительное предприятие «Югра-С»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суд апелляционной инстанции пришел к выводу о недоказанности наличия совокупности условий, необходимой для признания оспариваемой сделки от 26.07.2016 недействительной на основании пункта 2 статьи 61.2 Федерального закона от 26.10.2002 № 127-ФЗ «О несостоятельности 3 (банкротстве)», в силу отсутствия надлежащих доказательств аффилированности лица и цели причинения вреда имущественным правам кредиторов, а также отсутствия доказательств, свидетельствующих о злоупотреблении правом. Суд апелляционной инстанции согласился с выводом суда первой инстанции об отсутствии оснований для признания последующей сделки купли-продажи от 29.04.2017 недействительной в отсутствие надлежащих доказательств того, что оспариваемые сделки являются единой сделкой по выводу ликвидного имущества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Строительное предприятие «Югра-С»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