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«Тандем» обратилось в Арбитражный суд Свердловской области с заявлением о признании Киреева Артема Геннадьевича несостоятельным (банкротом). Определением Арбитражного суда Свердловской области от 01.07.2021 заявление принято к производству суда, возбуждено производство по делу о банкротстве. Постановлением Семнадцатого арбитражного апелляционного суда от 12.08.2021 определение суда первой инстанции оставлено без изменения. Киреев Артем Геннадьевич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32, 33 Федерального закона от 26.10.2002 № 127-ФЗ «О несостоятельности (банкротстве)», разъяснениями, данными в пункте 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учли обстоятельства местожительства и фактического пребывания должника, в связи с чем пришли к выводу об отсутствии оснований для возвращения заявления.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Приводимые заявителем в жалобе доводы являлись предметом изучения судов, получили надлежащую правовую оценку, отклонены как несостоятельные с подробным изложением мотивов отклонения.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Кирееву Артему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