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 , 184 , 291.3 Арбитражного процессуального кодекса Российской Федерации, статьями 333.21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«СТ-ТБО» удовлетворить. Предоставить обществу с ограниченной ответственностью «СТ-ТБО»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Республики Тыва от 01.12.2020 по делу № А69-1009/2020, постановление Третьего арбитражного апелляционного суда от 17.03.2021 и постановление Арбитражного суда Восточно-Сибирского округа от 05.07.2021 по тому же делу. Судья Верховного Суда Российской Федерации Е.Н. Зарубина Суд: Верховный Суд РФ (подробнее) Истцы: ООО "СТ-ТБО" (подробнее) Ответчики: ТСЖ "СВОРОТОК"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