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Величко Ю.Ф. на определение Арбитражного суда Хабаровского края от 24.12.2020, постановление Шестого арбитражного апелляционного суда от 19.02.2021 и постановление Арбитражного суда Дальневосточного округа от 16.04.2021 по делу № А73-6875/2020 назначена к рассмотрению в судебном заседании Судебной коллегии по экономическим спорам Верховного Суда Российской Федерации на 8 ноября 2021 года на 10 часов 00 минут. В Верховный Суд Российской Федерации поступило ходатайство Величко Ю.Ф.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ситуацию, сложившуюся с распространением новой коронавирусной инфекции (COVID-19), наличие технической возможности осуществления видеосвязи, данное ходатайство подлежит удовлетворению. Ввиду удовлетворения настоящего ходатайства право Величко Ю.Ф., предусмотренное статьями 41 и 153.1 Арбитражного процессуального кодекса 2 Российской Федерации, считается реализованным, в связи с чем рассмотрение ходатайства Величко Ю.Ф. об участии в судебном заседании путём использования систем видеоконференции–связи при содействии Арбитражного суда Хабаровского края или Шестого арбитражного апелляционного суда – беспредметно.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Величко Юлии Феликсовны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А73-6875/2020 Арбитражного суда Хабаровского края удовлетворить. Разъяснить участвующим в деле лицам, что они также имеют право на участие в судебном заседании путём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