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25.05.2021,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города Москвы «Жилищник Останкинского района»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ГОСУДАРСТВЕННОЕ БЮДЖЕТНОЕ УЧРЕЖДЕНИЕ ГОРОДА МОСКВЫ "ЖИЛИЩНИК ОСТАНКИНСКОГО РАЙОНА" (подробнее) Ответчики: ИФНС России №17 по г.Москве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