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28.04.2020,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унитарного предприятия Ставропольского края «Ставрополькрайводоканал»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ГУП Ставропольского края "Ставрополькрайводоканал" (подробнее) Инспекция Федеральной налоговой службы по Ленинскому району г. Ставрополя (подробнее) Ответчики: Инспекция Министерства Российской Федерации по налогам и сборам по Ленинскому району г. Ставрополя (подробнее) ИФНС РФ по Ленинскому району г. Ставрополя (подробнее) Управление Федеральной налоговой службы по Ставропольскому краю (подробнее) УФНС РФ по СК (подробнее) Судьи дела: Антонова М.К. (судья) (подробнее) Последние документы по делу: Определение от 4 октября 2021 г. по делу № А63-17912/2019 Определение от 5 августа 2021 г. по делу № А63-17912/2019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