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06.11.2019 Дегтярева Евгения Сергеевна признана несостоятельной (банкротом), в отношении нее введена процедура реализации имущества должника, финансовым управляющим утвержден Пашнев Николай Павлович. Финансовый управляющий Пашнев Н.П. обратился в Арбитражный суд города Москвы с заявлением о признании недействительными сделками договора купли-продажи, заключенного 02.12.2014 между Дегтяревой Е.С. и Бычек Александром Николаевичем; соглашения об отступном от 25.12.2015, заключенного между Бычек А.Н. и Дегтяревым Глебом Сергеевичем, и применении последствий недействительности указанных сделок. Определением Арбитражного суда города Москвы от 24.02.2021 в удовлетворении заявления отказано. Постановлением Девятого арбитражного апелляционного суда от 20.04.2021 определение суда первой инстанции оставлено без изменения. 2 Арбитражный суд Московского округа постановлением от 06.07.2021 указанные судебные акты отменил и направил обособленный спор на новое рассмотрение в Арбитражный суд города Москвы. Дегтярева Евгения Сергеевна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Дегтяревой Евгении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